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489F1" w14:textId="047DE2AF" w:rsidR="001356F7" w:rsidRDefault="001356F7" w:rsidP="001356F7">
      <w:pPr>
        <w:spacing w:after="0"/>
        <w:jc w:val="right"/>
      </w:pPr>
      <w:r>
        <w:t xml:space="preserve">By </w:t>
      </w:r>
      <w:r w:rsidR="00414613">
        <w:t>Resolution No. 1133 of 14 November 2018</w:t>
      </w:r>
      <w:r w:rsidRPr="001356F7">
        <w:t xml:space="preserve"> </w:t>
      </w:r>
    </w:p>
    <w:p w14:paraId="7E67C74E" w14:textId="3A81CF68" w:rsidR="001356F7" w:rsidRDefault="001356F7" w:rsidP="001356F7">
      <w:pPr>
        <w:spacing w:after="0"/>
        <w:jc w:val="right"/>
      </w:pPr>
      <w:r>
        <w:t>Of the Government of the Republic of Lithuania</w:t>
      </w:r>
    </w:p>
    <w:p w14:paraId="57CD9AF0" w14:textId="77777777" w:rsidR="00697F5A" w:rsidRDefault="00414613" w:rsidP="001356F7">
      <w:pPr>
        <w:spacing w:after="0"/>
        <w:jc w:val="right"/>
      </w:pPr>
      <w:r>
        <w:t>Appendix</w:t>
      </w:r>
    </w:p>
    <w:p w14:paraId="477D3F11" w14:textId="77777777" w:rsidR="00D643A6" w:rsidRDefault="00D643A6" w:rsidP="00C11E52">
      <w:pPr>
        <w:spacing w:after="0"/>
        <w:jc w:val="center"/>
      </w:pPr>
    </w:p>
    <w:p w14:paraId="6E2B527D" w14:textId="078D0173" w:rsidR="00697F5A" w:rsidRDefault="00414613" w:rsidP="00C11E52">
      <w:pPr>
        <w:spacing w:after="0"/>
        <w:jc w:val="center"/>
      </w:pPr>
      <w:r>
        <w:t>(Form for Reporting a Violation)</w:t>
      </w:r>
    </w:p>
    <w:p w14:paraId="7EB66E64" w14:textId="77777777" w:rsidR="008032D2" w:rsidRDefault="008032D2" w:rsidP="00C11E52">
      <w:pPr>
        <w:spacing w:after="0"/>
        <w:jc w:val="center"/>
      </w:pPr>
    </w:p>
    <w:p w14:paraId="0F086672" w14:textId="3680D2B6" w:rsidR="00697F5A" w:rsidRDefault="008032D2">
      <w:pPr>
        <w:jc w:val="center"/>
      </w:pPr>
      <w:r>
        <w:t xml:space="preserve">VIOLATION </w:t>
      </w:r>
      <w:r w:rsidR="00414613">
        <w:t xml:space="preserve">REPORT </w:t>
      </w:r>
    </w:p>
    <w:p w14:paraId="7CE42B7F" w14:textId="77777777" w:rsidR="00697F5A" w:rsidRDefault="00414613">
      <w:pPr>
        <w:jc w:val="center"/>
      </w:pPr>
      <w:r>
        <w:t xml:space="preserve">___ __________ </w:t>
      </w:r>
      <w:proofErr w:type="gramStart"/>
      <w:r>
        <w:t>20__</w:t>
      </w:r>
      <w:proofErr w:type="gramEnd"/>
      <w:r>
        <w:t>_</w:t>
      </w:r>
    </w:p>
    <w:p w14:paraId="4C19E5A6" w14:textId="77777777" w:rsidR="00697F5A" w:rsidRDefault="00414613" w:rsidP="001356F7">
      <w:pPr>
        <w:spacing w:after="0"/>
        <w:jc w:val="center"/>
      </w:pPr>
      <w:r>
        <w:t>____________________________</w:t>
      </w:r>
    </w:p>
    <w:p w14:paraId="188BF184" w14:textId="77777777" w:rsidR="00697F5A" w:rsidRDefault="00414613" w:rsidP="001356F7">
      <w:pPr>
        <w:spacing w:after="0"/>
        <w:jc w:val="center"/>
      </w:pPr>
      <w:r>
        <w:t>(place)</w:t>
      </w:r>
    </w:p>
    <w:p w14:paraId="0324DBC9" w14:textId="77777777" w:rsidR="001356F7" w:rsidRDefault="001356F7" w:rsidP="001356F7">
      <w:pPr>
        <w:spacing w:after="0"/>
        <w:jc w:val="center"/>
      </w:pPr>
    </w:p>
    <w:tbl>
      <w:tblPr>
        <w:tblStyle w:val="TableGrid"/>
        <w:tblW w:w="10908" w:type="dxa"/>
        <w:jc w:val="center"/>
        <w:tblLook w:val="04A0" w:firstRow="1" w:lastRow="0" w:firstColumn="1" w:lastColumn="0" w:noHBand="0" w:noVBand="1"/>
      </w:tblPr>
      <w:tblGrid>
        <w:gridCol w:w="4135"/>
        <w:gridCol w:w="6766"/>
        <w:gridCol w:w="7"/>
      </w:tblGrid>
      <w:tr w:rsidR="001356F7" w14:paraId="18B2AD46" w14:textId="77777777" w:rsidTr="00D643A6">
        <w:trPr>
          <w:jc w:val="center"/>
        </w:trPr>
        <w:tc>
          <w:tcPr>
            <w:tcW w:w="10908" w:type="dxa"/>
            <w:gridSpan w:val="3"/>
            <w:shd w:val="clear" w:color="auto" w:fill="D9D9D9" w:themeFill="background1" w:themeFillShade="D9"/>
          </w:tcPr>
          <w:p w14:paraId="44735C8F" w14:textId="692F6736" w:rsidR="001356F7" w:rsidRDefault="001356F7">
            <w:r>
              <w:t>Information about the person reporting the violation</w:t>
            </w:r>
          </w:p>
        </w:tc>
      </w:tr>
      <w:tr w:rsidR="00697F5A" w14:paraId="76AF4CE7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557990CF" w14:textId="77777777" w:rsidR="00697F5A" w:rsidRDefault="00414613">
            <w:r>
              <w:t>First name, surname</w:t>
            </w:r>
          </w:p>
          <w:p w14:paraId="19AE094F" w14:textId="77777777" w:rsidR="001356F7" w:rsidRDefault="001356F7"/>
        </w:tc>
        <w:tc>
          <w:tcPr>
            <w:tcW w:w="6766" w:type="dxa"/>
          </w:tcPr>
          <w:p w14:paraId="44A7DBFD" w14:textId="77777777" w:rsidR="00697F5A" w:rsidRDefault="00697F5A"/>
        </w:tc>
      </w:tr>
      <w:tr w:rsidR="00697F5A" w14:paraId="533F6989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4AFF6B9A" w14:textId="77777777" w:rsidR="00697F5A" w:rsidRDefault="00414613">
            <w:r>
              <w:t>Personal identification number</w:t>
            </w:r>
          </w:p>
          <w:p w14:paraId="3E262B82" w14:textId="77777777" w:rsidR="001356F7" w:rsidRDefault="001356F7"/>
        </w:tc>
        <w:tc>
          <w:tcPr>
            <w:tcW w:w="6766" w:type="dxa"/>
          </w:tcPr>
          <w:p w14:paraId="59600227" w14:textId="77777777" w:rsidR="00697F5A" w:rsidRDefault="00697F5A"/>
        </w:tc>
      </w:tr>
      <w:tr w:rsidR="00697F5A" w14:paraId="339B90F3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18A4CD87" w14:textId="77777777" w:rsidR="00697F5A" w:rsidRDefault="00414613" w:rsidP="00D643A6">
            <w:pPr>
              <w:ind w:right="-30"/>
            </w:pPr>
            <w:r>
              <w:t>Place of employment (current or former service, employment, or contractual relationship with the institution)</w:t>
            </w:r>
          </w:p>
          <w:p w14:paraId="42C07EAB" w14:textId="77777777" w:rsidR="001356F7" w:rsidRDefault="001356F7"/>
        </w:tc>
        <w:tc>
          <w:tcPr>
            <w:tcW w:w="6766" w:type="dxa"/>
          </w:tcPr>
          <w:p w14:paraId="6DC82E0D" w14:textId="77777777" w:rsidR="00697F5A" w:rsidRDefault="00697F5A"/>
        </w:tc>
      </w:tr>
      <w:tr w:rsidR="00697F5A" w14:paraId="1A69D963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51BBC464" w14:textId="77777777" w:rsidR="00697F5A" w:rsidRDefault="00414613">
            <w:r>
              <w:t>Position</w:t>
            </w:r>
          </w:p>
          <w:p w14:paraId="7214873A" w14:textId="77777777" w:rsidR="001356F7" w:rsidRDefault="001356F7"/>
        </w:tc>
        <w:tc>
          <w:tcPr>
            <w:tcW w:w="6766" w:type="dxa"/>
          </w:tcPr>
          <w:p w14:paraId="1894AAD1" w14:textId="77777777" w:rsidR="00697F5A" w:rsidRDefault="00697F5A"/>
        </w:tc>
      </w:tr>
      <w:tr w:rsidR="00697F5A" w14:paraId="4376C947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2103238B" w14:textId="77777777" w:rsidR="00697F5A" w:rsidRDefault="00414613">
            <w:r>
              <w:t>Telephone number (notes regarding communication)</w:t>
            </w:r>
          </w:p>
          <w:p w14:paraId="69C56D0D" w14:textId="77777777" w:rsidR="001356F7" w:rsidRDefault="001356F7"/>
        </w:tc>
        <w:tc>
          <w:tcPr>
            <w:tcW w:w="6766" w:type="dxa"/>
          </w:tcPr>
          <w:p w14:paraId="55F56D81" w14:textId="77777777" w:rsidR="00697F5A" w:rsidRDefault="00697F5A"/>
        </w:tc>
      </w:tr>
      <w:tr w:rsidR="00697F5A" w14:paraId="42225660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496FCB5D" w14:textId="77777777" w:rsidR="00697F5A" w:rsidRDefault="00414613">
            <w:r>
              <w:t>Personal e-mail address or residential address</w:t>
            </w:r>
          </w:p>
          <w:p w14:paraId="3F147359" w14:textId="77777777" w:rsidR="001356F7" w:rsidRDefault="001356F7"/>
        </w:tc>
        <w:tc>
          <w:tcPr>
            <w:tcW w:w="6766" w:type="dxa"/>
          </w:tcPr>
          <w:p w14:paraId="0E99ECE9" w14:textId="77777777" w:rsidR="00697F5A" w:rsidRDefault="00697F5A"/>
        </w:tc>
      </w:tr>
      <w:tr w:rsidR="001356F7" w14:paraId="0DE68C12" w14:textId="77777777" w:rsidTr="00D643A6">
        <w:trPr>
          <w:jc w:val="center"/>
        </w:trPr>
        <w:tc>
          <w:tcPr>
            <w:tcW w:w="10908" w:type="dxa"/>
            <w:gridSpan w:val="3"/>
            <w:shd w:val="clear" w:color="auto" w:fill="D9D9D9" w:themeFill="background1" w:themeFillShade="D9"/>
          </w:tcPr>
          <w:p w14:paraId="6DB683AE" w14:textId="1743C16F" w:rsidR="001356F7" w:rsidRDefault="001356F7">
            <w:r>
              <w:t>Information about the violation</w:t>
            </w:r>
          </w:p>
        </w:tc>
      </w:tr>
      <w:tr w:rsidR="001356F7" w14:paraId="63015154" w14:textId="77777777" w:rsidTr="00D643A6">
        <w:trPr>
          <w:jc w:val="center"/>
        </w:trPr>
        <w:tc>
          <w:tcPr>
            <w:tcW w:w="10908" w:type="dxa"/>
            <w:gridSpan w:val="3"/>
          </w:tcPr>
          <w:p w14:paraId="46FFBBE0" w14:textId="5BD763BB" w:rsidR="001356F7" w:rsidRDefault="001356F7" w:rsidP="001356F7">
            <w:pPr>
              <w:pStyle w:val="ListParagraph"/>
              <w:numPr>
                <w:ilvl w:val="0"/>
                <w:numId w:val="10"/>
              </w:numPr>
              <w:tabs>
                <w:tab w:val="left" w:pos="330"/>
              </w:tabs>
              <w:ind w:left="60" w:firstLine="0"/>
            </w:pPr>
            <w:r>
              <w:t>What violation are you reporting? What is the nature of the violation?</w:t>
            </w:r>
          </w:p>
          <w:p w14:paraId="6DBBEF9A" w14:textId="77777777" w:rsidR="001356F7" w:rsidRDefault="001356F7" w:rsidP="001356F7">
            <w:pPr>
              <w:ind w:left="60"/>
            </w:pPr>
          </w:p>
          <w:p w14:paraId="4D76D61F" w14:textId="70670B3E" w:rsidR="001356F7" w:rsidRDefault="001356F7" w:rsidP="001356F7">
            <w:pPr>
              <w:ind w:left="60"/>
            </w:pPr>
          </w:p>
        </w:tc>
      </w:tr>
      <w:tr w:rsidR="001356F7" w14:paraId="4BDA53DB" w14:textId="77777777" w:rsidTr="00D643A6">
        <w:trPr>
          <w:jc w:val="center"/>
        </w:trPr>
        <w:tc>
          <w:tcPr>
            <w:tcW w:w="10908" w:type="dxa"/>
            <w:gridSpan w:val="3"/>
          </w:tcPr>
          <w:p w14:paraId="4CC1C394" w14:textId="4078E9B2" w:rsidR="001356F7" w:rsidRDefault="001356F7" w:rsidP="001356F7">
            <w:pPr>
              <w:pStyle w:val="ListParagraph"/>
              <w:numPr>
                <w:ilvl w:val="0"/>
                <w:numId w:val="10"/>
              </w:numPr>
              <w:tabs>
                <w:tab w:val="left" w:pos="330"/>
              </w:tabs>
              <w:ind w:left="60" w:firstLine="0"/>
            </w:pPr>
            <w:r>
              <w:t>Who committed this violation? What might have been the motive for committing the violation?</w:t>
            </w:r>
          </w:p>
          <w:p w14:paraId="3530D5DF" w14:textId="77777777" w:rsidR="001356F7" w:rsidRDefault="001356F7" w:rsidP="001356F7">
            <w:pPr>
              <w:pStyle w:val="ListParagraph"/>
              <w:ind w:left="60"/>
            </w:pPr>
          </w:p>
          <w:p w14:paraId="629366C4" w14:textId="3CA93A06" w:rsidR="001356F7" w:rsidRDefault="001356F7" w:rsidP="001356F7">
            <w:pPr>
              <w:pStyle w:val="ListParagraph"/>
              <w:ind w:left="60"/>
            </w:pPr>
          </w:p>
        </w:tc>
      </w:tr>
      <w:tr w:rsidR="001356F7" w14:paraId="1EFBC97E" w14:textId="77777777" w:rsidTr="00D643A6">
        <w:trPr>
          <w:jc w:val="center"/>
        </w:trPr>
        <w:tc>
          <w:tcPr>
            <w:tcW w:w="10908" w:type="dxa"/>
            <w:gridSpan w:val="3"/>
          </w:tcPr>
          <w:p w14:paraId="3A11CF97" w14:textId="5855B975" w:rsidR="001356F7" w:rsidRDefault="001356F7" w:rsidP="001356F7">
            <w:pPr>
              <w:pStyle w:val="ListParagraph"/>
              <w:numPr>
                <w:ilvl w:val="0"/>
                <w:numId w:val="10"/>
              </w:numPr>
              <w:tabs>
                <w:tab w:val="left" w:pos="330"/>
              </w:tabs>
              <w:ind w:left="60" w:firstLine="0"/>
            </w:pPr>
            <w:r>
              <w:t>Place and time of the violation.</w:t>
            </w:r>
          </w:p>
          <w:p w14:paraId="15954365" w14:textId="39432948" w:rsidR="001356F7" w:rsidRDefault="001356F7" w:rsidP="001356F7">
            <w:pPr>
              <w:pStyle w:val="ListParagraph"/>
              <w:tabs>
                <w:tab w:val="left" w:pos="330"/>
              </w:tabs>
              <w:ind w:left="60"/>
            </w:pPr>
          </w:p>
          <w:p w14:paraId="6BE72ED0" w14:textId="7835B3A9" w:rsidR="001356F7" w:rsidRDefault="001356F7" w:rsidP="001356F7">
            <w:pPr>
              <w:ind w:left="60"/>
            </w:pPr>
          </w:p>
        </w:tc>
      </w:tr>
      <w:tr w:rsidR="001356F7" w14:paraId="3FB6AC9F" w14:textId="77777777" w:rsidTr="00D643A6">
        <w:trPr>
          <w:jc w:val="center"/>
        </w:trPr>
        <w:tc>
          <w:tcPr>
            <w:tcW w:w="10908" w:type="dxa"/>
            <w:gridSpan w:val="3"/>
            <w:shd w:val="clear" w:color="auto" w:fill="D9D9D9" w:themeFill="background1" w:themeFillShade="D9"/>
          </w:tcPr>
          <w:p w14:paraId="53675F0F" w14:textId="32FF2845" w:rsidR="001356F7" w:rsidRDefault="001356F7">
            <w:r>
              <w:t>Information about the person(s) who committed the violation</w:t>
            </w:r>
          </w:p>
        </w:tc>
      </w:tr>
      <w:tr w:rsidR="00697F5A" w14:paraId="56D2653F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5E09385C" w14:textId="77777777" w:rsidR="00697F5A" w:rsidRDefault="00414613">
            <w:r>
              <w:t>First name, surname</w:t>
            </w:r>
          </w:p>
        </w:tc>
        <w:tc>
          <w:tcPr>
            <w:tcW w:w="6766" w:type="dxa"/>
          </w:tcPr>
          <w:p w14:paraId="22C41124" w14:textId="77777777" w:rsidR="00697F5A" w:rsidRDefault="00697F5A"/>
        </w:tc>
      </w:tr>
      <w:tr w:rsidR="00697F5A" w14:paraId="3DC20D25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6083138D" w14:textId="77777777" w:rsidR="00697F5A" w:rsidRDefault="00414613">
            <w:r>
              <w:t>Place of employment</w:t>
            </w:r>
          </w:p>
        </w:tc>
        <w:tc>
          <w:tcPr>
            <w:tcW w:w="6766" w:type="dxa"/>
          </w:tcPr>
          <w:p w14:paraId="1F91F71E" w14:textId="77777777" w:rsidR="00697F5A" w:rsidRDefault="00697F5A"/>
        </w:tc>
      </w:tr>
      <w:tr w:rsidR="00697F5A" w14:paraId="28EEB473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587F16B6" w14:textId="77777777" w:rsidR="00697F5A" w:rsidRDefault="00414613">
            <w:r>
              <w:t>Position</w:t>
            </w:r>
          </w:p>
        </w:tc>
        <w:tc>
          <w:tcPr>
            <w:tcW w:w="6766" w:type="dxa"/>
          </w:tcPr>
          <w:p w14:paraId="1E972EE4" w14:textId="77777777" w:rsidR="00697F5A" w:rsidRDefault="00697F5A"/>
        </w:tc>
      </w:tr>
      <w:tr w:rsidR="00D643A6" w14:paraId="71DF781C" w14:textId="77777777" w:rsidTr="00D643A6">
        <w:trPr>
          <w:jc w:val="center"/>
        </w:trPr>
        <w:tc>
          <w:tcPr>
            <w:tcW w:w="10908" w:type="dxa"/>
            <w:gridSpan w:val="3"/>
          </w:tcPr>
          <w:p w14:paraId="4DEE0A80" w14:textId="18743174" w:rsidR="00D643A6" w:rsidRDefault="00D643A6" w:rsidP="00D643A6">
            <w:pPr>
              <w:pStyle w:val="ListParagraph"/>
              <w:numPr>
                <w:ilvl w:val="0"/>
                <w:numId w:val="10"/>
              </w:numPr>
              <w:tabs>
                <w:tab w:val="left" w:pos="420"/>
              </w:tabs>
              <w:ind w:left="-30" w:firstLine="90"/>
            </w:pPr>
            <w:r>
              <w:t>Are there any other people who participated or may have participated in the violation? If yes, please indicate who they are.</w:t>
            </w:r>
          </w:p>
          <w:p w14:paraId="14D60737" w14:textId="1CF1383E" w:rsidR="00D643A6" w:rsidRDefault="00D643A6" w:rsidP="00D643A6">
            <w:pPr>
              <w:tabs>
                <w:tab w:val="left" w:pos="420"/>
              </w:tabs>
              <w:ind w:left="-30"/>
            </w:pPr>
          </w:p>
        </w:tc>
      </w:tr>
      <w:tr w:rsidR="00D643A6" w14:paraId="79EAE61F" w14:textId="77777777" w:rsidTr="00D643A6">
        <w:trPr>
          <w:jc w:val="center"/>
        </w:trPr>
        <w:tc>
          <w:tcPr>
            <w:tcW w:w="10908" w:type="dxa"/>
            <w:gridSpan w:val="3"/>
          </w:tcPr>
          <w:p w14:paraId="2C05F43F" w14:textId="7B77CEE1" w:rsidR="00D643A6" w:rsidRDefault="00D643A6" w:rsidP="00D643A6">
            <w:pPr>
              <w:pStyle w:val="ListParagraph"/>
              <w:numPr>
                <w:ilvl w:val="0"/>
                <w:numId w:val="10"/>
              </w:numPr>
              <w:ind w:left="420"/>
            </w:pPr>
            <w:r>
              <w:t>Are there any other witnesses to the violation? If yes, please provide their contact details.</w:t>
            </w:r>
          </w:p>
          <w:p w14:paraId="71296BF0" w14:textId="77777777" w:rsidR="00D643A6" w:rsidRDefault="00D643A6" w:rsidP="00D643A6"/>
          <w:p w14:paraId="6586A814" w14:textId="70FAD838" w:rsidR="00D643A6" w:rsidRDefault="00D643A6" w:rsidP="00D643A6"/>
        </w:tc>
      </w:tr>
      <w:tr w:rsidR="00D643A6" w14:paraId="61DD9695" w14:textId="77777777" w:rsidTr="00D643A6">
        <w:trPr>
          <w:jc w:val="center"/>
        </w:trPr>
        <w:tc>
          <w:tcPr>
            <w:tcW w:w="10908" w:type="dxa"/>
            <w:gridSpan w:val="3"/>
            <w:shd w:val="clear" w:color="auto" w:fill="D9D9D9" w:themeFill="background1" w:themeFillShade="D9"/>
          </w:tcPr>
          <w:p w14:paraId="4E02F0D2" w14:textId="45701DF0" w:rsidR="00D643A6" w:rsidRDefault="00D643A6">
            <w:r>
              <w:t>Information about the witness(es) to the violation</w:t>
            </w:r>
          </w:p>
        </w:tc>
      </w:tr>
      <w:tr w:rsidR="00697F5A" w14:paraId="1EBF159A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0CE6BA5C" w14:textId="77777777" w:rsidR="00697F5A" w:rsidRDefault="00414613">
            <w:r>
              <w:t>First name, surname</w:t>
            </w:r>
          </w:p>
        </w:tc>
        <w:tc>
          <w:tcPr>
            <w:tcW w:w="6766" w:type="dxa"/>
          </w:tcPr>
          <w:p w14:paraId="0A8801F0" w14:textId="77777777" w:rsidR="00697F5A" w:rsidRDefault="00697F5A"/>
        </w:tc>
      </w:tr>
      <w:tr w:rsidR="00697F5A" w14:paraId="5C7577A2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23AC7E61" w14:textId="77777777" w:rsidR="00697F5A" w:rsidRDefault="00414613">
            <w:r>
              <w:t>Position</w:t>
            </w:r>
          </w:p>
        </w:tc>
        <w:tc>
          <w:tcPr>
            <w:tcW w:w="6766" w:type="dxa"/>
          </w:tcPr>
          <w:p w14:paraId="2B790304" w14:textId="77777777" w:rsidR="00697F5A" w:rsidRDefault="00697F5A"/>
        </w:tc>
      </w:tr>
      <w:tr w:rsidR="00697F5A" w14:paraId="431A8494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217B711F" w14:textId="77777777" w:rsidR="00697F5A" w:rsidRDefault="00414613">
            <w:r>
              <w:t>Place of employment</w:t>
            </w:r>
          </w:p>
        </w:tc>
        <w:tc>
          <w:tcPr>
            <w:tcW w:w="6766" w:type="dxa"/>
          </w:tcPr>
          <w:p w14:paraId="17AF81FD" w14:textId="77777777" w:rsidR="00697F5A" w:rsidRDefault="00697F5A"/>
        </w:tc>
      </w:tr>
      <w:tr w:rsidR="00697F5A" w14:paraId="19729330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6B5CE80C" w14:textId="77777777" w:rsidR="00697F5A" w:rsidRDefault="00414613">
            <w:r>
              <w:t>Telephone number</w:t>
            </w:r>
          </w:p>
        </w:tc>
        <w:tc>
          <w:tcPr>
            <w:tcW w:w="6766" w:type="dxa"/>
          </w:tcPr>
          <w:p w14:paraId="663EFCBC" w14:textId="77777777" w:rsidR="00697F5A" w:rsidRDefault="00697F5A"/>
        </w:tc>
      </w:tr>
      <w:tr w:rsidR="00697F5A" w14:paraId="1C9AD120" w14:textId="77777777" w:rsidTr="00D643A6">
        <w:trPr>
          <w:gridAfter w:val="1"/>
          <w:wAfter w:w="7" w:type="dxa"/>
          <w:jc w:val="center"/>
        </w:trPr>
        <w:tc>
          <w:tcPr>
            <w:tcW w:w="4135" w:type="dxa"/>
          </w:tcPr>
          <w:p w14:paraId="5B855893" w14:textId="77777777" w:rsidR="00697F5A" w:rsidRDefault="00414613">
            <w:r>
              <w:t>E-mail</w:t>
            </w:r>
          </w:p>
        </w:tc>
        <w:tc>
          <w:tcPr>
            <w:tcW w:w="6766" w:type="dxa"/>
          </w:tcPr>
          <w:p w14:paraId="25A3EBD3" w14:textId="77777777" w:rsidR="00697F5A" w:rsidRDefault="00697F5A"/>
        </w:tc>
      </w:tr>
      <w:tr w:rsidR="00D643A6" w14:paraId="4A113FD3" w14:textId="77777777" w:rsidTr="00D643A6">
        <w:trPr>
          <w:gridAfter w:val="1"/>
          <w:wAfter w:w="7" w:type="dxa"/>
          <w:trHeight w:val="508"/>
          <w:jc w:val="center"/>
        </w:trPr>
        <w:tc>
          <w:tcPr>
            <w:tcW w:w="10901" w:type="dxa"/>
            <w:gridSpan w:val="2"/>
          </w:tcPr>
          <w:p w14:paraId="09E56F06" w14:textId="628F7DBF" w:rsidR="00D643A6" w:rsidRDefault="00D643A6">
            <w:r>
              <w:lastRenderedPageBreak/>
              <w:t>6. When was the violation committed and when did you become aware of it or notice it?</w:t>
            </w:r>
          </w:p>
          <w:p w14:paraId="64587745" w14:textId="77777777" w:rsidR="00D643A6" w:rsidRDefault="00D643A6"/>
          <w:p w14:paraId="3C209C19" w14:textId="77777777" w:rsidR="008032D2" w:rsidRDefault="008032D2"/>
        </w:tc>
      </w:tr>
      <w:tr w:rsidR="00D643A6" w14:paraId="449AA66C" w14:textId="77777777" w:rsidTr="003E0189">
        <w:trPr>
          <w:gridAfter w:val="1"/>
          <w:wAfter w:w="7" w:type="dxa"/>
          <w:jc w:val="center"/>
        </w:trPr>
        <w:tc>
          <w:tcPr>
            <w:tcW w:w="10901" w:type="dxa"/>
            <w:gridSpan w:val="2"/>
          </w:tcPr>
          <w:p w14:paraId="5B1A7216" w14:textId="77777777" w:rsidR="00D643A6" w:rsidRDefault="00D643A6">
            <w:r>
              <w:t>7. What information or evidence supporting the violation, which could assist in investigating the violation, could you provide? Please indicate any attached written or other evidence regarding the violation.</w:t>
            </w:r>
          </w:p>
          <w:p w14:paraId="409B4DBE" w14:textId="77777777" w:rsidR="008032D2" w:rsidRDefault="008032D2"/>
          <w:p w14:paraId="7AA5C59A" w14:textId="2172C38F" w:rsidR="008032D2" w:rsidRDefault="008032D2"/>
        </w:tc>
      </w:tr>
      <w:tr w:rsidR="00D643A6" w14:paraId="1C9B78F1" w14:textId="77777777" w:rsidTr="00111C05">
        <w:trPr>
          <w:gridAfter w:val="1"/>
          <w:wAfter w:w="7" w:type="dxa"/>
          <w:jc w:val="center"/>
        </w:trPr>
        <w:tc>
          <w:tcPr>
            <w:tcW w:w="10901" w:type="dxa"/>
            <w:gridSpan w:val="2"/>
          </w:tcPr>
          <w:p w14:paraId="6D876D16" w14:textId="77777777" w:rsidR="00D643A6" w:rsidRDefault="00D643A6">
            <w:r>
              <w:t>8. Have you already reported this violation to anyone? If yes, to whom was it reported and did you receive a reply? If yes, please indicate the substance of the reply.</w:t>
            </w:r>
          </w:p>
          <w:p w14:paraId="4A1186A7" w14:textId="77777777" w:rsidR="008032D2" w:rsidRDefault="008032D2"/>
          <w:p w14:paraId="27344DDA" w14:textId="2FA95478" w:rsidR="008032D2" w:rsidRDefault="008032D2"/>
        </w:tc>
      </w:tr>
      <w:tr w:rsidR="00D643A6" w14:paraId="4CD36BFD" w14:textId="77777777" w:rsidTr="001E6F0F">
        <w:trPr>
          <w:gridAfter w:val="1"/>
          <w:wAfter w:w="7" w:type="dxa"/>
          <w:jc w:val="center"/>
        </w:trPr>
        <w:tc>
          <w:tcPr>
            <w:tcW w:w="10901" w:type="dxa"/>
            <w:gridSpan w:val="2"/>
          </w:tcPr>
          <w:p w14:paraId="292F5FAC" w14:textId="77777777" w:rsidR="00D643A6" w:rsidRDefault="00D643A6">
            <w:r>
              <w:t>9. Additional remarks and comments.</w:t>
            </w:r>
          </w:p>
          <w:p w14:paraId="2BE0BFB9" w14:textId="77777777" w:rsidR="008032D2" w:rsidRDefault="008032D2"/>
          <w:p w14:paraId="02FA0661" w14:textId="5BFFA952" w:rsidR="008032D2" w:rsidRDefault="008032D2"/>
        </w:tc>
      </w:tr>
    </w:tbl>
    <w:p w14:paraId="65E29DF4" w14:textId="77777777" w:rsidR="00697F5A" w:rsidRDefault="00697F5A"/>
    <w:p w14:paraId="41D290B4" w14:textId="3252EF53" w:rsidR="00697F5A" w:rsidRDefault="00D643A6" w:rsidP="00D643A6">
      <w:pPr>
        <w:tabs>
          <w:tab w:val="left" w:pos="90"/>
        </w:tabs>
      </w:pPr>
      <w:r w:rsidRPr="00D643A6">
        <w:sym w:font="Symbol" w:char="F0F0"/>
      </w:r>
      <w:r>
        <w:t xml:space="preserve">  </w:t>
      </w:r>
      <w:r w:rsidR="00414613">
        <w:t>I confirm that I am aware of the legal consequences of providing false information and that the information provided by me is true and accurate.</w:t>
      </w:r>
    </w:p>
    <w:p w14:paraId="460614EB" w14:textId="77777777" w:rsidR="00697F5A" w:rsidRDefault="00697F5A"/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320"/>
        <w:gridCol w:w="6205"/>
      </w:tblGrid>
      <w:tr w:rsidR="00697F5A" w14:paraId="57832D2C" w14:textId="77777777" w:rsidTr="00D643A6">
        <w:tc>
          <w:tcPr>
            <w:tcW w:w="4320" w:type="dxa"/>
          </w:tcPr>
          <w:p w14:paraId="2C1CFD31" w14:textId="77777777" w:rsidR="00697F5A" w:rsidRDefault="00414613">
            <w:r>
              <w:t>Date</w:t>
            </w:r>
          </w:p>
          <w:p w14:paraId="384AD0EE" w14:textId="77777777" w:rsidR="00D643A6" w:rsidRDefault="00D643A6"/>
          <w:p w14:paraId="725D58CE" w14:textId="77777777" w:rsidR="00D643A6" w:rsidRDefault="00D643A6"/>
        </w:tc>
        <w:tc>
          <w:tcPr>
            <w:tcW w:w="6205" w:type="dxa"/>
          </w:tcPr>
          <w:p w14:paraId="0224C416" w14:textId="77777777" w:rsidR="00697F5A" w:rsidRDefault="00414613">
            <w:r>
              <w:t>Signature</w:t>
            </w:r>
          </w:p>
        </w:tc>
      </w:tr>
    </w:tbl>
    <w:p w14:paraId="5E68DF21" w14:textId="77777777" w:rsidR="00414613" w:rsidRDefault="00414613"/>
    <w:sectPr w:rsidR="00414613" w:rsidSect="00D643A6">
      <w:pgSz w:w="11906" w:h="16838" w:code="9"/>
      <w:pgMar w:top="634" w:right="720" w:bottom="10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7254444"/>
    <w:multiLevelType w:val="hybridMultilevel"/>
    <w:tmpl w:val="A0625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36F54"/>
    <w:multiLevelType w:val="hybridMultilevel"/>
    <w:tmpl w:val="6D5E1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282938">
    <w:abstractNumId w:val="8"/>
  </w:num>
  <w:num w:numId="2" w16cid:durableId="537283364">
    <w:abstractNumId w:val="6"/>
  </w:num>
  <w:num w:numId="3" w16cid:durableId="1262497062">
    <w:abstractNumId w:val="5"/>
  </w:num>
  <w:num w:numId="4" w16cid:durableId="120808688">
    <w:abstractNumId w:val="4"/>
  </w:num>
  <w:num w:numId="5" w16cid:durableId="687485813">
    <w:abstractNumId w:val="7"/>
  </w:num>
  <w:num w:numId="6" w16cid:durableId="2097742714">
    <w:abstractNumId w:val="3"/>
  </w:num>
  <w:num w:numId="7" w16cid:durableId="420029804">
    <w:abstractNumId w:val="2"/>
  </w:num>
  <w:num w:numId="8" w16cid:durableId="419788814">
    <w:abstractNumId w:val="1"/>
  </w:num>
  <w:num w:numId="9" w16cid:durableId="278025931">
    <w:abstractNumId w:val="0"/>
  </w:num>
  <w:num w:numId="10" w16cid:durableId="1051343612">
    <w:abstractNumId w:val="9"/>
  </w:num>
  <w:num w:numId="11" w16cid:durableId="19704288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56F7"/>
    <w:rsid w:val="0015074B"/>
    <w:rsid w:val="0029639D"/>
    <w:rsid w:val="00326F90"/>
    <w:rsid w:val="00414613"/>
    <w:rsid w:val="005C6F5B"/>
    <w:rsid w:val="00631E0B"/>
    <w:rsid w:val="00697F5A"/>
    <w:rsid w:val="00766C6F"/>
    <w:rsid w:val="008032D2"/>
    <w:rsid w:val="00AA1D8D"/>
    <w:rsid w:val="00B47730"/>
    <w:rsid w:val="00BC4929"/>
    <w:rsid w:val="00C11E52"/>
    <w:rsid w:val="00CB0664"/>
    <w:rsid w:val="00D643A6"/>
    <w:rsid w:val="00F83E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7D513"/>
  <w14:defaultImageDpi w14:val="300"/>
  <w15:docId w15:val="{47BA1210-91AF-408F-A380-6976F777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1236</Words>
  <Characters>706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Nauris Vilkevicius</cp:lastModifiedBy>
  <cp:revision>2</cp:revision>
  <dcterms:created xsi:type="dcterms:W3CDTF">2026-05-08T04:27:00Z</dcterms:created>
  <dcterms:modified xsi:type="dcterms:W3CDTF">2026-05-08T04:27:00Z</dcterms:modified>
  <cp:category/>
</cp:coreProperties>
</file>